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CDC1FF" w14:textId="77777777" w:rsidR="00C64117" w:rsidRDefault="00C64117" w:rsidP="00C64117">
      <w:pPr>
        <w:pStyle w:val="Heading1"/>
        <w:jc w:val="center"/>
      </w:pPr>
      <w:r w:rsidRPr="00C64117">
        <w:rPr>
          <w:noProof/>
        </w:rPr>
        <w:drawing>
          <wp:inline distT="0" distB="0" distL="0" distR="0" wp14:anchorId="05E79889" wp14:editId="49F01F3E">
            <wp:extent cx="1306706" cy="1281600"/>
            <wp:effectExtent l="0" t="0" r="1905" b="1270"/>
            <wp:docPr id="614590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9039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6706" cy="12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8424E" w14:textId="77777777" w:rsidR="00B55AA2" w:rsidRPr="00C64117" w:rsidRDefault="00E846B8" w:rsidP="00C64117">
      <w:pPr>
        <w:pStyle w:val="Heading1"/>
        <w:jc w:val="center"/>
        <w:rPr>
          <w:color w:val="000000" w:themeColor="text1"/>
        </w:rPr>
      </w:pPr>
      <w:r w:rsidRPr="00C64117">
        <w:rPr>
          <w:color w:val="000000" w:themeColor="text1"/>
        </w:rPr>
        <w:t>Marvel Club - Application Form</w:t>
      </w:r>
    </w:p>
    <w:p w14:paraId="58348F0A" w14:textId="77777777" w:rsidR="00B55AA2" w:rsidRPr="00C64117" w:rsidRDefault="00E846B8">
      <w:pPr>
        <w:pStyle w:val="Heading2"/>
        <w:rPr>
          <w:color w:val="000000" w:themeColor="text1"/>
        </w:rPr>
      </w:pPr>
      <w:r w:rsidRPr="00C64117">
        <w:rPr>
          <w:color w:val="000000" w:themeColor="text1"/>
        </w:rPr>
        <w:t>Child’s Full Name:</w:t>
      </w:r>
    </w:p>
    <w:p w14:paraId="73605144" w14:textId="77777777" w:rsidR="00B55AA2" w:rsidRPr="00C64117" w:rsidRDefault="00E846B8">
      <w:pPr>
        <w:rPr>
          <w:color w:val="000000" w:themeColor="text1"/>
        </w:rPr>
      </w:pPr>
      <w:r w:rsidRPr="00C64117">
        <w:rPr>
          <w:color w:val="000000" w:themeColor="text1"/>
        </w:rPr>
        <w:t>_______________________________________________</w:t>
      </w:r>
    </w:p>
    <w:p w14:paraId="511A875A" w14:textId="77777777" w:rsidR="00B55AA2" w:rsidRPr="00C64117" w:rsidRDefault="00E846B8">
      <w:pPr>
        <w:pStyle w:val="Heading2"/>
        <w:rPr>
          <w:color w:val="000000" w:themeColor="text1"/>
        </w:rPr>
      </w:pPr>
      <w:r w:rsidRPr="00C64117">
        <w:rPr>
          <w:color w:val="000000" w:themeColor="text1"/>
        </w:rPr>
        <w:t>Date of Birth:</w:t>
      </w:r>
    </w:p>
    <w:p w14:paraId="01C76609" w14:textId="77777777" w:rsidR="00B55AA2" w:rsidRPr="00C64117" w:rsidRDefault="00E846B8">
      <w:pPr>
        <w:rPr>
          <w:color w:val="000000" w:themeColor="text1"/>
        </w:rPr>
      </w:pPr>
      <w:r w:rsidRPr="00C64117">
        <w:rPr>
          <w:color w:val="000000" w:themeColor="text1"/>
        </w:rPr>
        <w:t>____ / ____ / ________</w:t>
      </w:r>
    </w:p>
    <w:p w14:paraId="59A20EAE" w14:textId="77777777" w:rsidR="00B55AA2" w:rsidRPr="00C64117" w:rsidRDefault="00E846B8">
      <w:pPr>
        <w:pStyle w:val="Heading2"/>
        <w:rPr>
          <w:color w:val="000000" w:themeColor="text1"/>
        </w:rPr>
      </w:pPr>
      <w:r w:rsidRPr="00C64117">
        <w:rPr>
          <w:color w:val="000000" w:themeColor="text1"/>
        </w:rPr>
        <w:t>Age:</w:t>
      </w:r>
    </w:p>
    <w:p w14:paraId="391A17E2" w14:textId="77777777" w:rsidR="00B55AA2" w:rsidRPr="00C64117" w:rsidRDefault="00E846B8">
      <w:pPr>
        <w:rPr>
          <w:color w:val="000000" w:themeColor="text1"/>
        </w:rPr>
      </w:pPr>
      <w:r w:rsidRPr="00C64117">
        <w:rPr>
          <w:color w:val="000000" w:themeColor="text1"/>
        </w:rPr>
        <w:t>_______</w:t>
      </w:r>
    </w:p>
    <w:p w14:paraId="39130E72" w14:textId="77777777" w:rsidR="00B55AA2" w:rsidRPr="00C64117" w:rsidRDefault="00E846B8">
      <w:pPr>
        <w:pStyle w:val="Heading2"/>
        <w:rPr>
          <w:color w:val="000000" w:themeColor="text1"/>
        </w:rPr>
      </w:pPr>
      <w:r w:rsidRPr="00C64117">
        <w:rPr>
          <w:color w:val="000000" w:themeColor="text1"/>
        </w:rPr>
        <w:t>Home Address:</w:t>
      </w:r>
    </w:p>
    <w:p w14:paraId="2B1E00FC" w14:textId="55C0126F" w:rsidR="00B55AA2" w:rsidRPr="00C64117" w:rsidRDefault="00E846B8">
      <w:pPr>
        <w:rPr>
          <w:color w:val="000000" w:themeColor="text1"/>
        </w:rPr>
      </w:pPr>
      <w:r w:rsidRPr="00C64117">
        <w:rPr>
          <w:color w:val="000000" w:themeColor="text1"/>
        </w:rPr>
        <w:t>________________________________________________________</w:t>
      </w:r>
    </w:p>
    <w:p w14:paraId="391887A8" w14:textId="77777777" w:rsidR="00B55AA2" w:rsidRPr="00C64117" w:rsidRDefault="00E846B8">
      <w:pPr>
        <w:pStyle w:val="Heading2"/>
        <w:rPr>
          <w:color w:val="000000" w:themeColor="text1"/>
        </w:rPr>
      </w:pPr>
      <w:r w:rsidRPr="00C64117">
        <w:rPr>
          <w:color w:val="000000" w:themeColor="text1"/>
        </w:rPr>
        <w:t>Parent/Guardian Name(s):</w:t>
      </w:r>
    </w:p>
    <w:p w14:paraId="7D191623" w14:textId="77777777" w:rsidR="00B55AA2" w:rsidRPr="00C64117" w:rsidRDefault="00E846B8">
      <w:pPr>
        <w:rPr>
          <w:color w:val="000000" w:themeColor="text1"/>
        </w:rPr>
      </w:pPr>
      <w:r w:rsidRPr="00C64117">
        <w:rPr>
          <w:color w:val="000000" w:themeColor="text1"/>
        </w:rPr>
        <w:t>________________________________________________________</w:t>
      </w:r>
    </w:p>
    <w:p w14:paraId="46734250" w14:textId="77777777" w:rsidR="00B55AA2" w:rsidRPr="00C64117" w:rsidRDefault="00E846B8">
      <w:pPr>
        <w:pStyle w:val="Heading2"/>
        <w:rPr>
          <w:color w:val="000000" w:themeColor="text1"/>
        </w:rPr>
      </w:pPr>
      <w:r w:rsidRPr="00C64117">
        <w:rPr>
          <w:color w:val="000000" w:themeColor="text1"/>
        </w:rPr>
        <w:t>Phone Number(s):</w:t>
      </w:r>
    </w:p>
    <w:p w14:paraId="4EC3CBCE" w14:textId="77777777" w:rsidR="00C64117" w:rsidRDefault="00E846B8" w:rsidP="00C64117">
      <w:pPr>
        <w:rPr>
          <w:color w:val="000000" w:themeColor="text1"/>
        </w:rPr>
      </w:pPr>
      <w:r w:rsidRPr="00C64117">
        <w:rPr>
          <w:color w:val="000000" w:themeColor="text1"/>
        </w:rPr>
        <w:t>___________________________________________</w:t>
      </w:r>
    </w:p>
    <w:p w14:paraId="486E8862" w14:textId="77777777" w:rsidR="00B55AA2" w:rsidRPr="00C64117" w:rsidRDefault="00E846B8" w:rsidP="00C64117">
      <w:pPr>
        <w:rPr>
          <w:color w:val="000000" w:themeColor="text1"/>
        </w:rPr>
      </w:pPr>
      <w:r w:rsidRPr="00C64117">
        <w:rPr>
          <w:color w:val="000000" w:themeColor="text1"/>
        </w:rPr>
        <w:t>About Your Child</w:t>
      </w:r>
    </w:p>
    <w:p w14:paraId="5372FCAE" w14:textId="77777777" w:rsidR="00B55AA2" w:rsidRPr="00C64117" w:rsidRDefault="00E846B8">
      <w:pPr>
        <w:pStyle w:val="Heading2"/>
        <w:rPr>
          <w:color w:val="000000" w:themeColor="text1"/>
        </w:rPr>
      </w:pPr>
      <w:r w:rsidRPr="00C64117">
        <w:rPr>
          <w:color w:val="000000" w:themeColor="text1"/>
        </w:rPr>
        <w:t>School Name:</w:t>
      </w:r>
    </w:p>
    <w:p w14:paraId="7D547A52" w14:textId="77777777" w:rsidR="00B55AA2" w:rsidRPr="00C64117" w:rsidRDefault="00E846B8">
      <w:pPr>
        <w:rPr>
          <w:color w:val="000000" w:themeColor="text1"/>
        </w:rPr>
      </w:pPr>
      <w:r w:rsidRPr="00C64117">
        <w:rPr>
          <w:color w:val="000000" w:themeColor="text1"/>
        </w:rPr>
        <w:t>_______________________________________________</w:t>
      </w:r>
    </w:p>
    <w:p w14:paraId="2CE59733" w14:textId="77777777" w:rsidR="00B55AA2" w:rsidRPr="00C64117" w:rsidRDefault="00E846B8">
      <w:pPr>
        <w:pStyle w:val="Heading2"/>
        <w:rPr>
          <w:color w:val="000000" w:themeColor="text1"/>
        </w:rPr>
      </w:pPr>
      <w:r w:rsidRPr="00C64117">
        <w:rPr>
          <w:color w:val="000000" w:themeColor="text1"/>
        </w:rPr>
        <w:t>Diagnosis (if applicable):</w:t>
      </w:r>
    </w:p>
    <w:p w14:paraId="7EE6394B" w14:textId="77777777" w:rsidR="00B55AA2" w:rsidRPr="00C64117" w:rsidRDefault="00E846B8">
      <w:pPr>
        <w:rPr>
          <w:color w:val="000000" w:themeColor="text1"/>
        </w:rPr>
      </w:pPr>
      <w:r w:rsidRPr="00C64117">
        <w:rPr>
          <w:color w:val="000000" w:themeColor="text1"/>
        </w:rPr>
        <w:t>________________________________________________________</w:t>
      </w:r>
    </w:p>
    <w:p w14:paraId="6130F42C" w14:textId="77777777" w:rsidR="00B55AA2" w:rsidRPr="00C64117" w:rsidRDefault="00E846B8">
      <w:pPr>
        <w:pStyle w:val="Heading2"/>
        <w:rPr>
          <w:color w:val="000000" w:themeColor="text1"/>
        </w:rPr>
      </w:pPr>
      <w:r w:rsidRPr="00C64117">
        <w:rPr>
          <w:color w:val="000000" w:themeColor="text1"/>
        </w:rPr>
        <w:t>Please describe your child’s communication style:</w:t>
      </w:r>
    </w:p>
    <w:p w14:paraId="2E1414A0" w14:textId="77777777" w:rsidR="00B55AA2" w:rsidRDefault="00E846B8">
      <w:pPr>
        <w:rPr>
          <w:color w:val="000000" w:themeColor="text1"/>
        </w:rPr>
      </w:pPr>
      <w:r w:rsidRPr="00C64117">
        <w:rPr>
          <w:color w:val="000000" w:themeColor="text1"/>
        </w:rPr>
        <w:t>(e.g., verbal, non-verbal, PECS, AAC device</w:t>
      </w:r>
      <w:r w:rsidRPr="00C64117">
        <w:rPr>
          <w:color w:val="000000" w:themeColor="text1"/>
        </w:rPr>
        <w:t>, gestures)</w:t>
      </w:r>
    </w:p>
    <w:p w14:paraId="53681364" w14:textId="77777777" w:rsidR="00C64117" w:rsidRPr="00C64117" w:rsidRDefault="00C64117">
      <w:pPr>
        <w:rPr>
          <w:color w:val="000000" w:themeColor="text1"/>
        </w:rPr>
      </w:pPr>
    </w:p>
    <w:p w14:paraId="19C27D7B" w14:textId="77777777" w:rsidR="00B55AA2" w:rsidRPr="00C64117" w:rsidRDefault="00E846B8">
      <w:pPr>
        <w:pStyle w:val="Heading2"/>
        <w:rPr>
          <w:color w:val="000000" w:themeColor="text1"/>
        </w:rPr>
      </w:pPr>
      <w:r w:rsidRPr="00C64117">
        <w:rPr>
          <w:color w:val="000000" w:themeColor="text1"/>
        </w:rPr>
        <w:lastRenderedPageBreak/>
        <w:t>Important Information we should know:</w:t>
      </w:r>
    </w:p>
    <w:p w14:paraId="55548F0E" w14:textId="77777777" w:rsidR="00B55AA2" w:rsidRPr="00C64117" w:rsidRDefault="00E846B8">
      <w:pPr>
        <w:rPr>
          <w:color w:val="000000" w:themeColor="text1"/>
        </w:rPr>
      </w:pPr>
      <w:r w:rsidRPr="00C64117">
        <w:rPr>
          <w:color w:val="000000" w:themeColor="text1"/>
        </w:rPr>
        <w:t>(allergies, medical needs, mobility needs, sensory sensitivities, toileting needs, etc.)</w:t>
      </w:r>
    </w:p>
    <w:p w14:paraId="2800EED8" w14:textId="77777777" w:rsidR="00B55AA2" w:rsidRPr="00C64117" w:rsidRDefault="00E846B8">
      <w:pPr>
        <w:rPr>
          <w:color w:val="000000" w:themeColor="text1"/>
        </w:rPr>
      </w:pPr>
      <w:r w:rsidRPr="00C64117">
        <w:rPr>
          <w:color w:val="000000" w:themeColor="text1"/>
        </w:rPr>
        <w:t>________________________________________________________</w:t>
      </w:r>
      <w:r w:rsidRPr="00C64117">
        <w:rPr>
          <w:color w:val="000000" w:themeColor="text1"/>
        </w:rPr>
        <w:br/>
      </w:r>
    </w:p>
    <w:p w14:paraId="46D79761" w14:textId="77777777" w:rsidR="00B55AA2" w:rsidRPr="00C64117" w:rsidRDefault="00E846B8">
      <w:pPr>
        <w:pStyle w:val="Heading2"/>
        <w:rPr>
          <w:color w:val="000000" w:themeColor="text1"/>
        </w:rPr>
      </w:pPr>
      <w:r w:rsidRPr="00C64117">
        <w:rPr>
          <w:color w:val="000000" w:themeColor="text1"/>
        </w:rPr>
        <w:t>Interests and Favourite Activities:</w:t>
      </w:r>
    </w:p>
    <w:p w14:paraId="57D745F2" w14:textId="77777777" w:rsidR="00B55AA2" w:rsidRPr="00C64117" w:rsidRDefault="00E846B8">
      <w:pPr>
        <w:rPr>
          <w:color w:val="000000" w:themeColor="text1"/>
        </w:rPr>
      </w:pPr>
      <w:r w:rsidRPr="00C64117">
        <w:rPr>
          <w:color w:val="000000" w:themeColor="text1"/>
        </w:rPr>
        <w:t>________________________________________________________</w:t>
      </w:r>
      <w:r w:rsidRPr="00C64117">
        <w:rPr>
          <w:color w:val="000000" w:themeColor="text1"/>
        </w:rPr>
        <w:br/>
      </w:r>
    </w:p>
    <w:p w14:paraId="78A3295B" w14:textId="77777777" w:rsidR="00B55AA2" w:rsidRPr="00C64117" w:rsidRDefault="00E846B8">
      <w:pPr>
        <w:pStyle w:val="Heading2"/>
        <w:rPr>
          <w:color w:val="000000" w:themeColor="text1"/>
        </w:rPr>
      </w:pPr>
      <w:r w:rsidRPr="00C64117">
        <w:rPr>
          <w:color w:val="000000" w:themeColor="text1"/>
        </w:rPr>
        <w:t>Things Your Child May Dislike or Find Challenging:</w:t>
      </w:r>
    </w:p>
    <w:p w14:paraId="26767D19" w14:textId="77777777" w:rsidR="00B55AA2" w:rsidRPr="00C64117" w:rsidRDefault="00E846B8">
      <w:pPr>
        <w:rPr>
          <w:color w:val="000000" w:themeColor="text1"/>
        </w:rPr>
      </w:pPr>
      <w:r w:rsidRPr="00C64117">
        <w:rPr>
          <w:color w:val="000000" w:themeColor="text1"/>
        </w:rPr>
        <w:t>________________________________________________________</w:t>
      </w:r>
    </w:p>
    <w:p w14:paraId="2AA9F76F" w14:textId="77777777" w:rsidR="00B55AA2" w:rsidRPr="00C64117" w:rsidRDefault="00E846B8">
      <w:pPr>
        <w:pStyle w:val="Heading2"/>
        <w:rPr>
          <w:color w:val="000000" w:themeColor="text1"/>
        </w:rPr>
      </w:pPr>
      <w:r w:rsidRPr="00C64117">
        <w:rPr>
          <w:color w:val="000000" w:themeColor="text1"/>
        </w:rPr>
        <w:t>Behaviour Support Needs (if any):</w:t>
      </w:r>
    </w:p>
    <w:p w14:paraId="55861E83" w14:textId="77777777" w:rsidR="00B55AA2" w:rsidRPr="00C64117" w:rsidRDefault="00E846B8">
      <w:pPr>
        <w:rPr>
          <w:color w:val="000000" w:themeColor="text1"/>
        </w:rPr>
      </w:pPr>
      <w:r w:rsidRPr="00C64117">
        <w:rPr>
          <w:color w:val="000000" w:themeColor="text1"/>
        </w:rPr>
        <w:t>(e.g., triggers, calming strategies, support plans)</w:t>
      </w:r>
    </w:p>
    <w:p w14:paraId="29DD91FE" w14:textId="77777777" w:rsidR="00E846B8" w:rsidRDefault="00E846B8">
      <w:pPr>
        <w:rPr>
          <w:color w:val="000000" w:themeColor="text1"/>
        </w:rPr>
      </w:pPr>
      <w:r w:rsidRPr="00C64117">
        <w:rPr>
          <w:color w:val="000000" w:themeColor="text1"/>
        </w:rPr>
        <w:t>____</w:t>
      </w:r>
      <w:r w:rsidRPr="00C64117">
        <w:rPr>
          <w:color w:val="000000" w:themeColor="text1"/>
        </w:rPr>
        <w:t>____________________________________________________</w:t>
      </w:r>
      <w:r w:rsidRPr="00C64117">
        <w:rPr>
          <w:color w:val="000000" w:themeColor="text1"/>
        </w:rPr>
        <w:br/>
      </w:r>
    </w:p>
    <w:p w14:paraId="5B8213B7" w14:textId="2961D964" w:rsidR="00574176" w:rsidRPr="00E846B8" w:rsidRDefault="00574176">
      <w:pPr>
        <w:rPr>
          <w:color w:val="000000" w:themeColor="text1"/>
        </w:rPr>
      </w:pP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Marvel Summer Camp dates are as follows; please tick preferred days. </w:t>
      </w:r>
    </w:p>
    <w:p w14:paraId="4F027F76" w14:textId="0EC7D477" w:rsidR="00574176" w:rsidRPr="00E846B8" w:rsidRDefault="00574176">
      <w:pP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r w:rsidRPr="00E846B8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Week 1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2"/>
        <w:gridCol w:w="2098"/>
      </w:tblGrid>
      <w:tr w:rsidR="00574176" w:rsidRPr="00E846B8" w14:paraId="278607BB" w14:textId="5EC87920" w:rsidTr="00574176">
        <w:tc>
          <w:tcPr>
            <w:tcW w:w="2562" w:type="dxa"/>
          </w:tcPr>
          <w:p w14:paraId="04B7E67B" w14:textId="2DA7DF6F" w:rsidR="00574176" w:rsidRPr="00E846B8" w:rsidRDefault="00574176">
            <w:pP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E846B8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Monday 4</w:t>
            </w:r>
            <w:r w:rsidRPr="00E846B8"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vertAlign w:val="superscript"/>
              </w:rPr>
              <w:t>th</w:t>
            </w:r>
            <w:r w:rsidRPr="00E846B8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 august </w:t>
            </w:r>
          </w:p>
        </w:tc>
        <w:tc>
          <w:tcPr>
            <w:tcW w:w="2098" w:type="dxa"/>
          </w:tcPr>
          <w:p w14:paraId="1E11AF7D" w14:textId="77777777" w:rsidR="00574176" w:rsidRPr="00E846B8" w:rsidRDefault="00574176">
            <w:pP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</w:p>
        </w:tc>
      </w:tr>
      <w:tr w:rsidR="00574176" w:rsidRPr="00E846B8" w14:paraId="009E0CDB" w14:textId="45FA93C9" w:rsidTr="00574176">
        <w:tc>
          <w:tcPr>
            <w:tcW w:w="2562" w:type="dxa"/>
          </w:tcPr>
          <w:p w14:paraId="5BE3690C" w14:textId="70546FDF" w:rsidR="00574176" w:rsidRPr="00E846B8" w:rsidRDefault="00574176">
            <w:pP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E846B8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Tuesday 5</w:t>
            </w:r>
            <w:r w:rsidRPr="00E846B8"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vertAlign w:val="superscript"/>
              </w:rPr>
              <w:t>th</w:t>
            </w:r>
            <w:r w:rsidRPr="00E846B8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 august </w:t>
            </w:r>
          </w:p>
        </w:tc>
        <w:tc>
          <w:tcPr>
            <w:tcW w:w="2098" w:type="dxa"/>
          </w:tcPr>
          <w:p w14:paraId="3E41E294" w14:textId="77777777" w:rsidR="00574176" w:rsidRPr="00E846B8" w:rsidRDefault="00574176">
            <w:pP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</w:p>
        </w:tc>
      </w:tr>
      <w:tr w:rsidR="00574176" w:rsidRPr="00E846B8" w14:paraId="48B33EED" w14:textId="78C7221D" w:rsidTr="00574176">
        <w:tc>
          <w:tcPr>
            <w:tcW w:w="2562" w:type="dxa"/>
          </w:tcPr>
          <w:p w14:paraId="4A5FCCCE" w14:textId="7DBBDAF2" w:rsidR="00574176" w:rsidRPr="00E846B8" w:rsidRDefault="00574176">
            <w:pP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E846B8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Weds 6</w:t>
            </w:r>
            <w:r w:rsidRPr="00E846B8"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vertAlign w:val="superscript"/>
              </w:rPr>
              <w:t>th</w:t>
            </w:r>
            <w:r w:rsidRPr="00E846B8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 august </w:t>
            </w:r>
          </w:p>
        </w:tc>
        <w:tc>
          <w:tcPr>
            <w:tcW w:w="2098" w:type="dxa"/>
          </w:tcPr>
          <w:p w14:paraId="5840CADC" w14:textId="77777777" w:rsidR="00574176" w:rsidRPr="00E846B8" w:rsidRDefault="00574176">
            <w:pP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</w:p>
        </w:tc>
      </w:tr>
      <w:tr w:rsidR="00574176" w:rsidRPr="00E846B8" w14:paraId="7B41449E" w14:textId="3BA05B79" w:rsidTr="00574176">
        <w:tc>
          <w:tcPr>
            <w:tcW w:w="2562" w:type="dxa"/>
          </w:tcPr>
          <w:p w14:paraId="1F81DE3F" w14:textId="2BAFA2EE" w:rsidR="00574176" w:rsidRPr="00E846B8" w:rsidRDefault="00574176">
            <w:pP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E846B8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Thursday 7</w:t>
            </w:r>
            <w:r w:rsidRPr="00E846B8"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vertAlign w:val="superscript"/>
              </w:rPr>
              <w:t>th</w:t>
            </w:r>
            <w:r w:rsidRPr="00E846B8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 august </w:t>
            </w:r>
          </w:p>
        </w:tc>
        <w:tc>
          <w:tcPr>
            <w:tcW w:w="2098" w:type="dxa"/>
          </w:tcPr>
          <w:p w14:paraId="5437C9B0" w14:textId="77777777" w:rsidR="00574176" w:rsidRPr="00E846B8" w:rsidRDefault="00574176">
            <w:pP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</w:p>
        </w:tc>
      </w:tr>
      <w:tr w:rsidR="00574176" w:rsidRPr="00E846B8" w14:paraId="4AC45D4D" w14:textId="253E42E2" w:rsidTr="00574176">
        <w:tc>
          <w:tcPr>
            <w:tcW w:w="2562" w:type="dxa"/>
          </w:tcPr>
          <w:p w14:paraId="11F25FE1" w14:textId="25939CB5" w:rsidR="00574176" w:rsidRPr="00E846B8" w:rsidRDefault="00574176">
            <w:pP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E846B8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Friday 8</w:t>
            </w:r>
            <w:r w:rsidRPr="00E846B8"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vertAlign w:val="superscript"/>
              </w:rPr>
              <w:t>th</w:t>
            </w:r>
            <w:r w:rsidRPr="00E846B8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 august </w:t>
            </w:r>
          </w:p>
        </w:tc>
        <w:tc>
          <w:tcPr>
            <w:tcW w:w="2098" w:type="dxa"/>
          </w:tcPr>
          <w:p w14:paraId="1A550598" w14:textId="77777777" w:rsidR="00574176" w:rsidRPr="00E846B8" w:rsidRDefault="00574176">
            <w:pP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</w:p>
        </w:tc>
      </w:tr>
    </w:tbl>
    <w:p w14:paraId="6357D5CB" w14:textId="77777777" w:rsidR="00E846B8" w:rsidRPr="00E846B8" w:rsidRDefault="00E846B8">
      <w:pPr>
        <w:rPr>
          <w:rFonts w:asciiTheme="majorHAnsi" w:hAnsiTheme="majorHAnsi" w:cstheme="majorHAnsi"/>
          <w:color w:val="000000" w:themeColor="text1"/>
          <w:sz w:val="26"/>
          <w:szCs w:val="26"/>
        </w:rPr>
      </w:pPr>
    </w:p>
    <w:p w14:paraId="1C2F9DA2" w14:textId="448FFFDF" w:rsidR="00574176" w:rsidRPr="00E846B8" w:rsidRDefault="00574176">
      <w:pP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r w:rsidRPr="00E846B8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Week 2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8"/>
        <w:gridCol w:w="2098"/>
      </w:tblGrid>
      <w:tr w:rsidR="00574176" w:rsidRPr="00E846B8" w14:paraId="575BCC45" w14:textId="77777777" w:rsidTr="006B0843">
        <w:tc>
          <w:tcPr>
            <w:tcW w:w="2098" w:type="dxa"/>
          </w:tcPr>
          <w:p w14:paraId="3DD85393" w14:textId="77777777" w:rsidR="00574176" w:rsidRPr="00E846B8" w:rsidRDefault="00574176" w:rsidP="006B0843">
            <w:pP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E846B8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Monday 11</w:t>
            </w:r>
            <w:r w:rsidRPr="00E846B8"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vertAlign w:val="superscript"/>
              </w:rPr>
              <w:t>th</w:t>
            </w:r>
          </w:p>
        </w:tc>
        <w:tc>
          <w:tcPr>
            <w:tcW w:w="2098" w:type="dxa"/>
          </w:tcPr>
          <w:p w14:paraId="2F0B161B" w14:textId="77777777" w:rsidR="00574176" w:rsidRPr="00E846B8" w:rsidRDefault="00574176" w:rsidP="006B0843">
            <w:pP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</w:p>
        </w:tc>
      </w:tr>
      <w:tr w:rsidR="00574176" w:rsidRPr="00E846B8" w14:paraId="39A29EA8" w14:textId="77777777" w:rsidTr="006B0843">
        <w:tc>
          <w:tcPr>
            <w:tcW w:w="2098" w:type="dxa"/>
          </w:tcPr>
          <w:p w14:paraId="77B85153" w14:textId="77777777" w:rsidR="00574176" w:rsidRPr="00E846B8" w:rsidRDefault="00574176" w:rsidP="006B0843">
            <w:pP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E846B8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Tuesday 12</w:t>
            </w:r>
            <w:r w:rsidRPr="00E846B8"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vertAlign w:val="superscript"/>
              </w:rPr>
              <w:t>th</w:t>
            </w:r>
            <w:r w:rsidRPr="00E846B8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2098" w:type="dxa"/>
          </w:tcPr>
          <w:p w14:paraId="7514CA52" w14:textId="77777777" w:rsidR="00574176" w:rsidRPr="00E846B8" w:rsidRDefault="00574176" w:rsidP="006B0843">
            <w:pP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</w:p>
        </w:tc>
      </w:tr>
      <w:tr w:rsidR="00574176" w:rsidRPr="00E846B8" w14:paraId="5A49AD5C" w14:textId="77777777" w:rsidTr="006B0843">
        <w:tc>
          <w:tcPr>
            <w:tcW w:w="2098" w:type="dxa"/>
          </w:tcPr>
          <w:p w14:paraId="2EAD580B" w14:textId="77777777" w:rsidR="00574176" w:rsidRPr="00E846B8" w:rsidRDefault="00574176" w:rsidP="006B0843">
            <w:pP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E846B8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Wednesday 13</w:t>
            </w:r>
            <w:r w:rsidRPr="00E846B8"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vertAlign w:val="superscript"/>
              </w:rPr>
              <w:t>th</w:t>
            </w:r>
            <w:r w:rsidRPr="00E846B8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2098" w:type="dxa"/>
          </w:tcPr>
          <w:p w14:paraId="4B175CA3" w14:textId="77777777" w:rsidR="00574176" w:rsidRPr="00E846B8" w:rsidRDefault="00574176" w:rsidP="006B0843">
            <w:pP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</w:p>
        </w:tc>
      </w:tr>
      <w:tr w:rsidR="00574176" w:rsidRPr="00E846B8" w14:paraId="6F62DB76" w14:textId="77777777" w:rsidTr="006B0843">
        <w:tc>
          <w:tcPr>
            <w:tcW w:w="2098" w:type="dxa"/>
          </w:tcPr>
          <w:p w14:paraId="578C7B96" w14:textId="77777777" w:rsidR="00574176" w:rsidRPr="00E846B8" w:rsidRDefault="00574176" w:rsidP="006B0843">
            <w:pP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E846B8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Thursday 14</w:t>
            </w:r>
            <w:r w:rsidRPr="00E846B8"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vertAlign w:val="superscript"/>
              </w:rPr>
              <w:t>th</w:t>
            </w:r>
            <w:r w:rsidRPr="00E846B8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2098" w:type="dxa"/>
          </w:tcPr>
          <w:p w14:paraId="436E092D" w14:textId="77777777" w:rsidR="00574176" w:rsidRPr="00E846B8" w:rsidRDefault="00574176" w:rsidP="006B0843">
            <w:pP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</w:p>
        </w:tc>
      </w:tr>
      <w:tr w:rsidR="00574176" w:rsidRPr="00E846B8" w14:paraId="02A0B8C0" w14:textId="77777777" w:rsidTr="006B0843">
        <w:tc>
          <w:tcPr>
            <w:tcW w:w="2098" w:type="dxa"/>
          </w:tcPr>
          <w:p w14:paraId="3E8A2F16" w14:textId="77777777" w:rsidR="00574176" w:rsidRPr="00E846B8" w:rsidRDefault="00574176" w:rsidP="006B0843">
            <w:pP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E846B8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Friday 15</w:t>
            </w:r>
            <w:r w:rsidRPr="00E846B8"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vertAlign w:val="superscript"/>
              </w:rPr>
              <w:t>th</w:t>
            </w:r>
            <w:r w:rsidRPr="00E846B8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2098" w:type="dxa"/>
          </w:tcPr>
          <w:p w14:paraId="563D2426" w14:textId="77777777" w:rsidR="00574176" w:rsidRPr="00E846B8" w:rsidRDefault="00574176" w:rsidP="006B0843">
            <w:pP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</w:p>
        </w:tc>
      </w:tr>
    </w:tbl>
    <w:p w14:paraId="2C2B348D" w14:textId="77777777" w:rsidR="00574176" w:rsidRPr="00574176" w:rsidRDefault="00574176">
      <w:pP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</w:p>
    <w:p w14:paraId="54C7C8D2" w14:textId="77777777" w:rsidR="00B55AA2" w:rsidRPr="00C64117" w:rsidRDefault="00E846B8">
      <w:pPr>
        <w:pStyle w:val="Heading2"/>
        <w:rPr>
          <w:color w:val="000000" w:themeColor="text1"/>
        </w:rPr>
      </w:pPr>
      <w:r w:rsidRPr="00C64117">
        <w:rPr>
          <w:color w:val="000000" w:themeColor="text1"/>
        </w:rPr>
        <w:t>Signature of Parent/Guardian:</w:t>
      </w:r>
    </w:p>
    <w:p w14:paraId="0F700CB7" w14:textId="77777777" w:rsidR="00B55AA2" w:rsidRPr="00C64117" w:rsidRDefault="00E846B8">
      <w:pPr>
        <w:rPr>
          <w:color w:val="000000" w:themeColor="text1"/>
        </w:rPr>
      </w:pPr>
      <w:r w:rsidRPr="00C64117">
        <w:rPr>
          <w:color w:val="000000" w:themeColor="text1"/>
        </w:rPr>
        <w:t>___________________________________</w:t>
      </w:r>
    </w:p>
    <w:p w14:paraId="58A47596" w14:textId="77777777" w:rsidR="00B55AA2" w:rsidRPr="00C64117" w:rsidRDefault="00E846B8">
      <w:pPr>
        <w:pStyle w:val="Heading2"/>
        <w:rPr>
          <w:color w:val="000000" w:themeColor="text1"/>
        </w:rPr>
      </w:pPr>
      <w:r w:rsidRPr="00C64117">
        <w:rPr>
          <w:color w:val="000000" w:themeColor="text1"/>
        </w:rPr>
        <w:t>Date:</w:t>
      </w:r>
    </w:p>
    <w:p w14:paraId="357D5CCB" w14:textId="34368DBF" w:rsidR="00820C70" w:rsidRPr="00C64117" w:rsidRDefault="00E846B8">
      <w:pPr>
        <w:rPr>
          <w:color w:val="000000" w:themeColor="text1"/>
        </w:rPr>
      </w:pPr>
      <w:r w:rsidRPr="00C64117">
        <w:rPr>
          <w:color w:val="000000" w:themeColor="text1"/>
        </w:rPr>
        <w:t>____ / ____ / ________</w:t>
      </w:r>
    </w:p>
    <w:sectPr w:rsidR="00820C70" w:rsidRPr="00C64117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62862"/>
    <w:rsid w:val="0029639D"/>
    <w:rsid w:val="00326F90"/>
    <w:rsid w:val="00574176"/>
    <w:rsid w:val="00820C70"/>
    <w:rsid w:val="00AA1D8D"/>
    <w:rsid w:val="00B47730"/>
    <w:rsid w:val="00B55AA2"/>
    <w:rsid w:val="00C64117"/>
    <w:rsid w:val="00CB0664"/>
    <w:rsid w:val="00E846B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3C6BC7"/>
  <w14:defaultImageDpi w14:val="300"/>
  <w15:docId w15:val="{81F2165B-BE9D-A14C-B971-33F39CE21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Cahill, Laura Mary</cp:lastModifiedBy>
  <cp:revision>2</cp:revision>
  <dcterms:created xsi:type="dcterms:W3CDTF">2025-05-14T12:09:00Z</dcterms:created>
  <dcterms:modified xsi:type="dcterms:W3CDTF">2025-05-14T12:09:00Z</dcterms:modified>
  <cp:category/>
</cp:coreProperties>
</file>